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Kids Ministry Lesson Plan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Filled-in example — page 2 is a blank copy. One page, everything a volunteer needs to walk in ready.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This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Sunday, August 23, 2026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Room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Elementary (K–5)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Big Truths, Little People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Lesson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God Keeps His Promises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Passage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Genesis 6–9 (Noah)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Memory verse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“He who promised is faithful.” — Heb 10:23</w:t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 (kid-sized)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God always does what He says He will do.</w:t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8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194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Segment</w:t>
            </w:r>
          </w:p>
        </w:tc>
        <w:tc>
          <w:tcPr>
            <w:tcW w:type="dxa" w:w="388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What's happening</w:t>
            </w:r>
          </w:p>
        </w:tc>
        <w:tc>
          <w:tcPr>
            <w:tcW w:type="dxa" w:w="25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Supplies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9:45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 + free play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Board games out; greet every kid by name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Name tags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5m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Welcome + rules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Hand-motions rules rap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10:05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Worship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“My God Is So Big” + “Every Move I Make”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Lyric videos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10:15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Game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“Promise keeper” relay — carry water without spilling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Cups, buckets, towels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10:25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Bible story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Noah: God said it, God did it. Storytelling with sound effects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Story images on TV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10:40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Small groups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Discussion questions below, by grade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Question cards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10:55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15m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Craft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Rainbow promise-catcher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Paper plates, streamers, glue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11:10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Snack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Goldfish + water (allergy list on fridge!)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Napkins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11:20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10m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Memory verse game + review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Verse scramble, teams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Verse cards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11:30</w:t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—</w:t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Pickup</w:t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Match parent tags. Send home the parent card</w:t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Parent cards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Small group questions</w:t>
      </w:r>
    </w:p>
    <w:p>
      <w:pPr>
        <w:pStyle w:val="ListBullet"/>
      </w:pPr>
      <w:r>
        <w:rPr>
          <w:rFonts w:ascii="Arial" w:hAnsi="Arial"/>
          <w:sz w:val="20"/>
        </w:rPr>
        <w:t>What did God tell Noah to do? What did Noah do?</w:t>
      </w:r>
    </w:p>
    <w:p>
      <w:pPr>
        <w:pStyle w:val="ListBullet"/>
      </w:pPr>
      <w:r>
        <w:rPr>
          <w:rFonts w:ascii="Arial" w:hAnsi="Arial"/>
          <w:sz w:val="20"/>
        </w:rPr>
        <w:t>Has anyone ever broken a promise to you? How did that feel?</w:t>
      </w:r>
    </w:p>
    <w:p>
      <w:pPr>
        <w:pStyle w:val="ListBullet"/>
      </w:pPr>
      <w:r>
        <w:rPr>
          <w:rFonts w:ascii="Arial" w:hAnsi="Arial"/>
          <w:sz w:val="20"/>
        </w:rPr>
        <w:t>What's one promise from God we can remember this week?</w:t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Volunteers today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60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Lead teacher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James Patterson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Small group — K-1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Karen Foster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Small group — 2-3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Anna Kowalski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Small group — 4-5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Lily Tran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Check-in desk</w:t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Emily Rodriguez</w:t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Parent take-home</w:t>
      </w:r>
    </w:p>
    <w:p>
      <w:pPr>
        <w:pStyle w:val="ListBullet"/>
      </w:pPr>
      <w:r>
        <w:rPr>
          <w:rFonts w:ascii="Arial" w:hAnsi="Arial"/>
          <w:sz w:val="20"/>
        </w:rPr>
        <w:t>This week we learned that God always keeps His promises (Noah, Genesis 6–9).</w:t>
      </w:r>
    </w:p>
    <w:p>
      <w:pPr>
        <w:pStyle w:val="ListBullet"/>
      </w:pPr>
      <w:r>
        <w:rPr>
          <w:rFonts w:ascii="Arial" w:hAnsi="Arial"/>
          <w:sz w:val="20"/>
        </w:rPr>
        <w:t>Ask your kid: “What did the rainbow mean?”</w:t>
      </w:r>
    </w:p>
    <w:p>
      <w:pPr>
        <w:pStyle w:val="ListBullet"/>
      </w:pPr>
      <w:r>
        <w:rPr>
          <w:rFonts w:ascii="Arial" w:hAnsi="Arial"/>
          <w:sz w:val="20"/>
        </w:rPr>
        <w:t>Memory verse: “He who promised is faithful.” — Hebrews 10:23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Kids Ministry Lesson Plan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Duplicate this page each week.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This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Room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Lesson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Passage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Memory verse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 (kid-sized)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8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194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Segment</w:t>
            </w:r>
          </w:p>
        </w:tc>
        <w:tc>
          <w:tcPr>
            <w:tcW w:type="dxa" w:w="388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What's happening</w:t>
            </w:r>
          </w:p>
        </w:tc>
        <w:tc>
          <w:tcPr>
            <w:tcW w:type="dxa" w:w="25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Supplies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Small group questions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Volunteers today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60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Supplies to prep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lesson plans that email themselves to your volunteers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