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Order of Service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Filled-in example — page 2 is a blank copy to duplicate each week.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Sunday, August 23, 2026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Service time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10:00 AM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Rooted — Colossians (wk 1)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Speaker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Message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 Faith That Grows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Colossians 1:1–14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Worship leader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Sarah Mitchell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Big idea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The gospel keeps bearing fruit.</w:t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Run 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100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79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Len</w:t>
            </w:r>
          </w:p>
        </w:tc>
        <w:tc>
          <w:tcPr>
            <w:tcW w:type="dxa" w:w="302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Element</w:t>
            </w:r>
          </w:p>
        </w:tc>
        <w:tc>
          <w:tcPr>
            <w:tcW w:type="dxa" w:w="180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Who</w:t>
            </w:r>
          </w:p>
        </w:tc>
        <w:tc>
          <w:tcPr>
            <w:tcW w:type="dxa" w:w="331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Notes / keys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9:40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20m</w:t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Pre-service playlist + doors open</w:t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Tech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Playlist: “Sunday AM”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10:00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1m</w:t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Countdown video</w:t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Tech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10:01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4m</w:t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Welcome + opening prayer</w:t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10:05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17m</w:t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Worship set</w:t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Worship team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Great Are You Lord (B) · Living Hope (C) · Firm Foundation (G)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10:22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3m</w:t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Announcements</w:t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Emily R.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3 max — see below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10:25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2m</w:t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Giving moment</w:t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Text-to-give slide up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10:27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32m</w:t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Message: A Faith That Grows</w:t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Col 1:1–14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10:59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5m</w:t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Response song + prayer teams up front</w:t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Worship team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Build My Life (G)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11:04</w:t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2m</w:t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Closing + dismissal</w:t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Lunch invite for newcomers</w:t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Announcements (3 max)</w:t>
      </w:r>
    </w:p>
    <w:p>
      <w:pPr>
        <w:pStyle w:val="ListBullet"/>
      </w:pPr>
      <w:r>
        <w:rPr>
          <w:rFonts w:ascii="Arial" w:hAnsi="Arial"/>
          <w:sz w:val="20"/>
        </w:rPr>
        <w:t>Fall kickoff picnic — Sept 6 after service, sign up in the lobby</w:t>
      </w:r>
    </w:p>
    <w:p>
      <w:pPr>
        <w:pStyle w:val="ListBullet"/>
      </w:pPr>
      <w:r>
        <w:rPr>
          <w:rFonts w:ascii="Arial" w:hAnsi="Arial"/>
          <w:sz w:val="20"/>
        </w:rPr>
        <w:t>Kids ministry volunteer training — Saturday 9 AM</w:t>
      </w:r>
    </w:p>
    <w:p>
      <w:pPr>
        <w:pStyle w:val="ListBullet"/>
      </w:pPr>
      <w:r>
        <w:rPr>
          <w:rFonts w:ascii="Arial" w:hAnsi="Arial"/>
          <w:sz w:val="20"/>
        </w:rPr>
        <w:t>New-here lunch — today, room 102</w:t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Notes &amp; follow-ups</w:t>
      </w:r>
    </w:p>
    <w:p>
      <w:pPr>
        <w:pStyle w:val="ListBullet"/>
      </w:pPr>
      <w:r>
        <w:rPr>
          <w:rFonts w:ascii="Arial" w:hAnsi="Arial"/>
          <w:sz w:val="20"/>
        </w:rPr>
        <w:t>Confirm drummer for next week (Tom out)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Order of Service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Duplicate this page each week (or make a copy of the whole doc per Sunday).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Service time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Speaker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Message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Worship leader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Big idea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Run 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100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79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Len</w:t>
            </w:r>
          </w:p>
        </w:tc>
        <w:tc>
          <w:tcPr>
            <w:tcW w:type="dxa" w:w="302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Element</w:t>
            </w:r>
          </w:p>
        </w:tc>
        <w:tc>
          <w:tcPr>
            <w:tcW w:type="dxa" w:w="180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Who</w:t>
            </w:r>
          </w:p>
        </w:tc>
        <w:tc>
          <w:tcPr>
            <w:tcW w:type="dxa" w:w="331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Notes / keys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Announcements (3 max)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Notes &amp; follow-ups</w:t>
      </w:r>
    </w:p>
    <w:p>
      <w:pPr>
        <w:pStyle w:val="ListBullet"/>
      </w:pPr>
      <w:r>
        <w:rPr>
          <w:rFonts w:ascii="Arial" w:hAnsi="Arial"/>
          <w:sz w:val="20"/>
        </w:rPr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service planning, song keys, and volunteer reminders in one place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