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Series Planner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series. The overview and first four weeks are filled in as an example — overwrite them with your own.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Series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 title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Rooted — Colossians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 23 – Sep 13, 2026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Weeks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Primary 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Jesus is enough — stay rooted in him.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Key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 2:6–7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Who is this series for?</w:t>
      </w:r>
    </w:p>
    <w:p>
      <w:pPr>
        <w:pStyle w:val="ListBullet"/>
      </w:pPr>
      <w:r>
        <w:rPr>
          <w:rFonts w:ascii="Arial" w:hAnsi="Arial"/>
          <w:sz w:val="20"/>
        </w:rPr>
        <w:t>The tension people walk in with:  “I believe in Jesus, but I keep adding requirements to feel like enough.”</w:t>
      </w:r>
    </w:p>
    <w:p>
      <w:pPr>
        <w:pStyle w:val="ListBullet"/>
      </w:pPr>
      <w:r>
        <w:rPr>
          <w:rFonts w:ascii="Arial" w:hAnsi="Arial"/>
          <w:sz w:val="20"/>
        </w:rPr>
        <w:t>The change we're praying for:  confidence in Christ alone — less striving, deeper roots.</w:t>
      </w:r>
    </w:p>
    <w:p>
      <w:pPr>
        <w:pStyle w:val="ListBullet"/>
      </w:pPr>
      <w:r>
        <w:rPr>
          <w:rFonts w:ascii="Arial" w:hAnsi="Arial"/>
          <w:sz w:val="20"/>
        </w:rPr>
        <w:t>Who should hear about it:  new believers class + anyone burned by legalism.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Week by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57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Wk</w:t>
            </w:r>
          </w:p>
        </w:tc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22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Working title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Big idea</w:t>
            </w:r>
          </w:p>
        </w:tc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Speaker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</w:t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 23</w:t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 Faith That Grows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1:1–14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gospel keeps bearing fruit in ordinary people.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</w:t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 30</w:t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Center of Everything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1:15–23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If Jesus holds all things together, he can hold your life together.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</w:t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Sep 6</w:t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Rooted and Built Up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2:6–15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You grow the same way you started: by grace.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 Ellis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</w:t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Sep 13</w:t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 New Wardrobe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3:1–17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Put on the character of the One you belong to.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Support checklist</w:t>
      </w:r>
    </w:p>
    <w:p>
      <w:pPr>
        <w:spacing w:after="60"/>
      </w:pPr>
      <w:r>
        <w:rPr>
          <w:rFonts w:ascii="Arial" w:hAnsi="Arial"/>
          <w:sz w:val="20"/>
        </w:rPr>
        <w:t>☐  Series graphic + slide package</w:t>
      </w:r>
    </w:p>
    <w:p>
      <w:pPr>
        <w:spacing w:after="60"/>
      </w:pPr>
      <w:r>
        <w:rPr>
          <w:rFonts w:ascii="Arial" w:hAnsi="Arial"/>
          <w:sz w:val="20"/>
        </w:rPr>
        <w:t>☐  Sermon bumper / intro video</w:t>
      </w:r>
    </w:p>
    <w:p>
      <w:pPr>
        <w:spacing w:after="60"/>
      </w:pPr>
      <w:r>
        <w:rPr>
          <w:rFonts w:ascii="Arial" w:hAnsi="Arial"/>
          <w:sz w:val="20"/>
        </w:rPr>
        <w:t>☐  Worship leader has the week-by-week big ideas (song planning)</w:t>
      </w:r>
    </w:p>
    <w:p>
      <w:pPr>
        <w:spacing w:after="60"/>
      </w:pPr>
      <w:r>
        <w:rPr>
          <w:rFonts w:ascii="Arial" w:hAnsi="Arial"/>
          <w:sz w:val="20"/>
        </w:rPr>
        <w:t>☐  Kids ministry aligned (same theme, kid-sized)</w:t>
      </w:r>
    </w:p>
    <w:p>
      <w:pPr>
        <w:spacing w:after="60"/>
      </w:pPr>
      <w:r>
        <w:rPr>
          <w:rFonts w:ascii="Arial" w:hAnsi="Arial"/>
          <w:sz w:val="20"/>
        </w:rPr>
        <w:t>☐  Social + announcement plan scheduled</w:t>
      </w:r>
    </w:p>
    <w:p>
      <w:pPr>
        <w:spacing w:after="60"/>
      </w:pPr>
      <w:r>
        <w:rPr>
          <w:rFonts w:ascii="Arial" w:hAnsi="Arial"/>
          <w:sz w:val="20"/>
        </w:rPr>
        <w:t>☐  Series page / sermon archive updated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Promotion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Channel</w:t>
            </w:r>
          </w:p>
        </w:tc>
        <w:tc>
          <w:tcPr>
            <w:tcW w:type="dxa" w:w="40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When</w:t>
            </w:r>
          </w:p>
        </w:tc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Owner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 announcements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Teaser: “What are you adding to Jesus?”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 weeks out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Social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 graphics + 1 bumper clip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 days out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Email</w:t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Series preview + invite-a-friend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Thursday before</w:t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plan the series once, and the worship, kids, and volunteer plans build toward the same Sunday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