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0"/>
        </w:rPr>
        <w:t>VBS Registration Form</w:t>
      </w:r>
    </w:p>
    <w:p>
      <w:pPr>
        <w:spacing w:after="200"/>
      </w:pPr>
      <w:r>
        <w:rPr>
          <w:rFonts w:ascii="Arial" w:hAnsi="Arial"/>
          <w:i/>
          <w:color w:val="8A857C"/>
          <w:sz w:val="20"/>
        </w:rPr>
        <w:t>One form per child. Please print clearly - we read these at 8am with a queue behind you.</w:t>
      </w:r>
    </w:p>
    <w:p>
      <w:pPr>
        <w:spacing w:before="120" w:after="80"/>
      </w:pPr>
      <w:r>
        <w:rPr>
          <w:rFonts w:ascii="Arial" w:hAnsi="Arial"/>
          <w:b/>
          <w:color w:val="C85A3B"/>
          <w:sz w:val="24"/>
        </w:rPr>
        <w:t>The child</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Full name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Goes by</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Date of birth</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Age at VBS</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Grade just finished</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T-shirt size</w:t>
            </w:r>
          </w:p>
        </w:tc>
        <w:tc>
          <w:tcPr>
            <w:tcW w:type="dxa" w:w="3168"/>
          </w:tcPr>
          <w:p>
            <w:r/>
            <w:r>
              <w:rPr>
                <w:rFonts w:ascii="Arial" w:hAnsi="Arial"/>
                <w:b w:val="0"/>
                <w:i w:val="0"/>
                <w:sz w:val="20"/>
              </w:rPr>
            </w:r>
          </w:p>
        </w:tc>
      </w:tr>
    </w:tbl>
    <w:p>
      <w:pPr>
        <w:spacing w:after="80"/>
      </w:pPr>
    </w:p>
    <w:p>
      <w:pPr>
        <w:spacing w:after="120"/>
      </w:pPr>
      <w:r>
        <w:rPr>
          <w:rFonts w:ascii="Arial" w:hAnsi="Arial"/>
          <w:sz w:val="20"/>
        </w:rPr>
        <w:t>Friend they would like to be crewed with (we try, no promises): ________________________________________________________________________________________</w:t>
      </w:r>
    </w:p>
    <w:p>
      <w:pPr>
        <w:spacing w:before="200" w:after="80"/>
      </w:pPr>
      <w:r>
        <w:rPr>
          <w:rFonts w:ascii="Arial" w:hAnsi="Arial"/>
          <w:b/>
          <w:color w:val="C85A3B"/>
          <w:sz w:val="24"/>
        </w:rPr>
        <w:t>Parents and guardians</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Parent / guardian 1</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Relationship</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Mobile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Email</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Parent / guardian 2</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Relationship</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Mobile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Email</w:t>
            </w:r>
          </w:p>
        </w:tc>
        <w:tc>
          <w:tcPr>
            <w:tcW w:type="dxa" w:w="3168"/>
          </w:tcPr>
          <w:p>
            <w:r/>
            <w:r>
              <w:rPr>
                <w:rFonts w:ascii="Arial" w:hAnsi="Arial"/>
                <w:b w:val="0"/>
                <w:i w:val="0"/>
                <w:sz w:val="20"/>
              </w:rPr>
            </w:r>
          </w:p>
        </w:tc>
      </w:tr>
    </w:tbl>
    <w:p>
      <w:pPr>
        <w:spacing w:after="80"/>
      </w:pPr>
    </w:p>
    <w:p>
      <w:pPr>
        <w:spacing w:after="120"/>
      </w:pPr>
      <w:r>
        <w:rPr>
          <w:rFonts w:ascii="Arial" w:hAnsi="Arial"/>
          <w:sz w:val="20"/>
        </w:rPr>
        <w:t>Home address: ________________________________________________________________________________________</w:t>
      </w:r>
    </w:p>
    <w:p>
      <w:pPr>
        <w:spacing w:before="200" w:after="80"/>
      </w:pPr>
      <w:r>
        <w:rPr>
          <w:rFonts w:ascii="Arial" w:hAnsi="Arial"/>
          <w:b/>
          <w:color w:val="C85A3B"/>
          <w:sz w:val="24"/>
        </w:rPr>
        <w:t>If we cannot reach you</w:t>
      </w:r>
    </w:p>
    <w:p>
      <w:pPr>
        <w:spacing w:after="160"/>
      </w:pPr>
      <w:r>
        <w:rPr>
          <w:rFonts w:ascii="Arial" w:hAnsi="Arial"/>
          <w:i/>
          <w:color w:val="8A857C"/>
          <w:sz w:val="18"/>
        </w:rPr>
        <w:t>Someone who is NOT a parent above, and who could actually get here.</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Name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Relationship</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Mobile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Second number</w:t>
            </w:r>
          </w:p>
        </w:tc>
        <w:tc>
          <w:tcPr>
            <w:tcW w:type="dxa" w:w="3168"/>
          </w:tcPr>
          <w:p>
            <w:r/>
            <w:r>
              <w:rPr>
                <w:rFonts w:ascii="Arial" w:hAnsi="Arial"/>
                <w:b w:val="0"/>
                <w:i w:val="0"/>
                <w:sz w:val="20"/>
              </w:rPr>
            </w:r>
          </w:p>
        </w:tc>
      </w:tr>
    </w:tbl>
    <w:p>
      <w:pPr>
        <w:spacing w:before="200" w:after="80"/>
      </w:pPr>
      <w:r>
        <w:rPr>
          <w:rFonts w:ascii="Arial" w:hAnsi="Arial"/>
          <w:b/>
          <w:color w:val="C85A3B"/>
          <w:sz w:val="24"/>
        </w:rPr>
        <w:t>Who may collect this child</w:t>
      </w:r>
    </w:p>
    <w:p>
      <w:pPr>
        <w:spacing w:after="160"/>
      </w:pPr>
      <w:r>
        <w:rPr>
          <w:rFonts w:ascii="Arial" w:hAnsi="Arial"/>
          <w:i/>
          <w:color w:val="8A857C"/>
          <w:sz w:val="18"/>
        </w:rPr>
        <w:t>We will not release a child to anyone who is not on this list. If that changes during the week, tell us in writing - not by text to a volunteer.</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40"/>
      </w:pPr>
    </w:p>
    <w:p>
      <w:pPr>
        <w:spacing w:after="120"/>
      </w:pPr>
      <w:r>
        <w:rPr>
          <w:rFonts w:ascii="Arial" w:hAnsi="Arial"/>
          <w:sz w:val="20"/>
        </w:rPr>
        <w:t>Anyone who must NOT collect this child (custody orders, etc.): ________________________________________________________________________________________</w:t>
      </w:r>
    </w:p>
    <w:p>
      <w:pPr>
        <w:spacing w:before="200" w:after="80"/>
      </w:pPr>
      <w:r>
        <w:rPr>
          <w:rFonts w:ascii="Arial" w:hAnsi="Arial"/>
          <w:b/>
          <w:color w:val="C85A3B"/>
          <w:sz w:val="24"/>
        </w:rPr>
        <w:t>Allergies and medical</w:t>
      </w:r>
    </w:p>
    <w:p>
      <w:pPr>
        <w:spacing w:after="160"/>
      </w:pPr>
      <w:r>
        <w:rPr>
          <w:rFonts w:ascii="Arial" w:hAnsi="Arial"/>
          <w:i/>
          <w:color w:val="8A857C"/>
          <w:sz w:val="18"/>
        </w:rPr>
        <w:t>Write NONE rather than leaving these blank - a blank line reads as 'nobody filled this in', and we have to chase it.</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Allergies (food, insect, medicine)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Reaction</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Carries an EpiPen / inhaler?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Where is it kept?</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Medical conditions</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Medication given during VBS</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Doctor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Doctor's phone</w:t>
            </w:r>
          </w:p>
        </w:tc>
        <w:tc>
          <w:tcPr>
            <w:tcW w:type="dxa" w:w="3168"/>
          </w:tcPr>
          <w:p>
            <w:r/>
            <w:r>
              <w:rPr>
                <w:rFonts w:ascii="Arial" w:hAnsi="Arial"/>
                <w:b w:val="0"/>
                <w:i w:val="0"/>
                <w:sz w:val="20"/>
              </w:rPr>
            </w:r>
          </w:p>
        </w:tc>
      </w:tr>
    </w:tbl>
    <w:p>
      <w:pPr>
        <w:spacing w:after="80"/>
      </w:pPr>
    </w:p>
    <w:p>
      <w:pPr>
        <w:spacing w:after="120"/>
      </w:pPr>
      <w:r>
        <w:rPr>
          <w:rFonts w:ascii="Arial" w:hAnsi="Arial"/>
          <w:sz w:val="20"/>
        </w:rPr>
        <w:t>Anything else that would help us care for this child well (sensory needs, anxiety, a recent bereavement, how they self-soothe): 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before="200" w:after="80"/>
      </w:pPr>
      <w:r>
        <w:rPr>
          <w:rFonts w:ascii="Arial" w:hAnsi="Arial"/>
          <w:b/>
          <w:color w:val="C85A3B"/>
          <w:sz w:val="24"/>
        </w:rPr>
        <w:t>Photo and video</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sz w:val="18"/>
              </w:rPr>
              <w:t>During VBS we take photos and short videos of the week. We may use them in the church building, in our newsletter, on our website and on our social media accounts. We never publish a child's full name alongside their photo, and we will remove any image on request. Tick ONE.</w:t>
            </w:r>
          </w:p>
        </w:tc>
      </w:tr>
    </w:tbl>
    <w:p>
      <w:pPr>
        <w:spacing w:after="80"/>
      </w:pPr>
    </w:p>
    <w:p>
      <w:pPr>
        <w:spacing w:after="60"/>
        <w:ind w:left="216"/>
      </w:pPr>
      <w:r>
        <w:rPr>
          <w:rFonts w:ascii="Arial" w:hAnsi="Arial"/>
          <w:sz w:val="20"/>
        </w:rPr>
        <w:t>☐  Yes - you may use photos and video of my child</w:t>
      </w:r>
    </w:p>
    <w:p>
      <w:pPr>
        <w:spacing w:after="60"/>
        <w:ind w:left="216"/>
      </w:pPr>
      <w:r>
        <w:rPr>
          <w:rFonts w:ascii="Arial" w:hAnsi="Arial"/>
          <w:sz w:val="20"/>
        </w:rPr>
        <w:t>☐  No - please do not use photos or video of my child</w:t>
      </w:r>
    </w:p>
    <w:p>
      <w:pPr>
        <w:spacing w:after="40"/>
      </w:pPr>
    </w:p>
    <w:p>
      <w:pPr>
        <w:spacing w:after="160"/>
      </w:pPr>
      <w:r>
        <w:rPr>
          <w:rFonts w:ascii="Arial" w:hAnsi="Arial"/>
          <w:sz w:val="20"/>
        </w:rPr>
        <w:t>Parent / guardian signature  __________________________________________   Date  ________________</w:t>
      </w:r>
    </w:p>
    <w:p>
      <w:pPr>
        <w:spacing w:before="200" w:after="80"/>
      </w:pPr>
      <w:r>
        <w:rPr>
          <w:rFonts w:ascii="Arial" w:hAnsi="Arial"/>
          <w:b/>
          <w:color w:val="C85A3B"/>
          <w:sz w:val="24"/>
        </w:rPr>
        <w:t>Medical treatment</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sz w:val="18"/>
              </w:rPr>
              <w:t>If my child is injured or becomes unwell and I cannot be reached, I authorise the VBS leadership to seek emergency medical treatment, including transport by ambulance. I understand every reasonable effort will be made to contact me first, and that I am responsible for the cost of any treatment.</w:t>
            </w:r>
          </w:p>
        </w:tc>
      </w:tr>
    </w:tbl>
    <w:p>
      <w:pPr>
        <w:spacing w:after="80"/>
      </w:pPr>
    </w:p>
    <w:p>
      <w:pPr>
        <w:spacing w:after="160"/>
      </w:pPr>
      <w:r>
        <w:rPr>
          <w:rFonts w:ascii="Arial" w:hAnsi="Arial"/>
          <w:sz w:val="20"/>
        </w:rPr>
        <w:t>Parent / guardian signature  __________________________________________   Date  ________________</w:t>
      </w:r>
    </w:p>
    <w:p>
      <w:pPr>
        <w:spacing w:before="200" w:after="80"/>
      </w:pPr>
      <w:r>
        <w:rPr>
          <w:rFonts w:ascii="Arial" w:hAnsi="Arial"/>
          <w:b/>
          <w:color w:val="C85A3B"/>
          <w:sz w:val="24"/>
        </w:rPr>
        <w:t>Pickup</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sz w:val="18"/>
              </w:rPr>
              <w:t>I understand my child will only be released to a person named on this form, that photo ID may be asked for, and that I must notify the church in writing to add anyone to the list.</w:t>
            </w:r>
          </w:p>
        </w:tc>
      </w:tr>
    </w:tbl>
    <w:p>
      <w:pPr>
        <w:spacing w:after="80"/>
      </w:pPr>
    </w:p>
    <w:p>
      <w:pPr>
        <w:spacing w:after="160"/>
      </w:pPr>
      <w:r>
        <w:rPr>
          <w:rFonts w:ascii="Arial" w:hAnsi="Arial"/>
          <w:sz w:val="20"/>
        </w:rPr>
        <w:t>Parent / guardian signature  __________________________________________   Date  ________________</w:t>
      </w:r>
    </w:p>
    <w:p>
      <w:pPr>
        <w:spacing w:before="200" w:after="80"/>
      </w:pPr>
      <w:r>
        <w:rPr>
          <w:rFonts w:ascii="Arial" w:hAnsi="Arial"/>
          <w:b/>
          <w:color w:val="C85A3B"/>
          <w:sz w:val="24"/>
        </w:rPr>
        <w:t>How did you hear about VBS?</w:t>
      </w:r>
    </w:p>
    <w:p>
      <w:pPr>
        <w:spacing w:after="60"/>
        <w:ind w:left="216"/>
      </w:pPr>
      <w:r>
        <w:rPr>
          <w:rFonts w:ascii="Arial" w:hAnsi="Arial"/>
          <w:sz w:val="20"/>
        </w:rPr>
        <w:t>☐  We attend this church</w:t>
      </w:r>
    </w:p>
    <w:p>
      <w:pPr>
        <w:spacing w:after="60"/>
        <w:ind w:left="216"/>
      </w:pPr>
      <w:r>
        <w:rPr>
          <w:rFonts w:ascii="Arial" w:hAnsi="Arial"/>
          <w:sz w:val="20"/>
        </w:rPr>
        <w:t>☐  A friend or family member invited us</w:t>
      </w:r>
    </w:p>
    <w:p>
      <w:pPr>
        <w:spacing w:after="60"/>
        <w:ind w:left="216"/>
      </w:pPr>
      <w:r>
        <w:rPr>
          <w:rFonts w:ascii="Arial" w:hAnsi="Arial"/>
          <w:sz w:val="20"/>
        </w:rPr>
        <w:t>☐  A neighbour or school flyer</w:t>
      </w:r>
    </w:p>
    <w:p>
      <w:pPr>
        <w:spacing w:after="60"/>
        <w:ind w:left="216"/>
      </w:pPr>
      <w:r>
        <w:rPr>
          <w:rFonts w:ascii="Arial" w:hAnsi="Arial"/>
          <w:sz w:val="20"/>
        </w:rPr>
        <w:t>☐  Social media</w:t>
      </w:r>
    </w:p>
    <w:p>
      <w:pPr>
        <w:spacing w:after="60"/>
        <w:ind w:left="216"/>
      </w:pPr>
      <w:r>
        <w:rPr>
          <w:rFonts w:ascii="Arial" w:hAnsi="Arial"/>
          <w:sz w:val="20"/>
        </w:rPr>
        <w:t>☐  Drove past / saw the sign</w:t>
      </w:r>
    </w:p>
    <w:p>
      <w:pPr>
        <w:spacing w:after="60"/>
        <w:ind w:left="216"/>
      </w:pPr>
      <w:r>
        <w:rPr>
          <w:rFonts w:ascii="Arial" w:hAnsi="Arial"/>
          <w:sz w:val="20"/>
        </w:rPr>
        <w:t>☐  Other</w:t>
      </w:r>
    </w:p>
    <w:p>
      <w:pPr>
        <w:spacing w:before="200" w:after="80"/>
      </w:pPr>
      <w:r>
        <w:rPr>
          <w:rFonts w:ascii="Arial" w:hAnsi="Arial"/>
          <w:b/>
          <w:color w:val="C85A3B"/>
          <w:sz w:val="24"/>
        </w:rPr>
        <w:t>For office use</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sz w:val="18"/>
              </w:rPr>
              <w:t>[  ] Form complete    [  ] Allergies copied to the crew sheet    [  ] Payment received    [  ] Crew assigned: ______________    [  ] Entered in the roster</w:t>
            </w:r>
          </w:p>
        </w:tc>
      </w:tr>
    </w:tbl>
    <w:p>
      <w:pPr>
        <w:spacing w:after="160"/>
      </w:pPr>
      <w:r>
        <w:rPr>
          <w:rFonts w:ascii="Arial" w:hAnsi="Arial"/>
          <w:i/>
          <w:color w:val="8A857C"/>
          <w:sz w:val="18"/>
        </w:rPr>
        <w:t>This form is a starting point, not legal advice. The photo and medical wording is the part to have your insurer or an attorney read once - it is the only part that matters on the day it matters.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have your insurer or an attorney read the release wording once before you use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